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left"/>
      </w:pPr>
      <w:r>
        <w:rPr>
          <w:rFonts w:ascii="微软雅黑" w:hAnsi="微软雅黑"/>
          <w:b/>
          <w:color w:val="0B2726"/>
          <w:sz w:val="36"/>
          <w:eastAsia w:val="微软雅黑"/>
        </w:rPr>
        <w:t>【姓名】</w:t>
      </w:r>
    </w:p>
    <w:p>
      <w:pPr>
        <w:spacing w:after="200" w:before="0" w:line="240" w:lineRule="auto"/>
      </w:pPr>
      <w:r>
        <w:rPr>
          <w:rFonts w:ascii="微软雅黑" w:hAnsi="微软雅黑"/>
          <w:b w:val="0"/>
          <w:color w:val="0B2726"/>
          <w:sz w:val="21"/>
          <w:eastAsia w:val="微软雅黑"/>
        </w:rPr>
        <w:t>【手机】  |  【邮箱】  |  【城市】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求职意向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产品经理 / 用户运营 / 职能（只保留一个）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工作经历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【公司】  |  【职位】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2022.07 – 至今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【待替换】业务目标 + 你的动作 + 指标变化。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【待替换】跨部门推进的一次具体案例。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【待替换】复盘或机制沉淀，避免只写「负责运营」。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【上一份公司】  |  【职位】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2020.03 – 2022.06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【待替换】从 0 到 1 或从 1 到 10 的一件事。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【待替换】数据：转化、留存、成本、覆盖人数。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【待替换】协作角色：销售 / 设计 / 研发。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项目成果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【项目或活动名称】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2023.05 – 2023.11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【待替换】背景与目标。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【待替换】关键动作。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【待替换】结果数字。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专业技能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Axure / Figma / SQL / Excel（按岗位增删，写名词不要写「熟练沟通」）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教育经历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【学校】  |  【专业】  |  【学历】    2016.09 – 2020.06</w:t>
      </w:r>
    </w:p>
    <w:sectPr w:rsidR="00FC693F" w:rsidRPr="0006063C" w:rsidSect="00034616">
      <w:pgSz w:w="12240" w:h="15840"/>
      <w:pgMar w:top="907" w:right="1020" w:bottom="907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