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240" w:lineRule="auto"/>
        <w:jc w:val="left"/>
      </w:pPr>
      <w:r>
        <w:rPr>
          <w:rFonts w:ascii="微软雅黑" w:hAnsi="微软雅黑"/>
          <w:b/>
          <w:color w:val="0B2726"/>
          <w:sz w:val="36"/>
          <w:eastAsia w:val="微软雅黑"/>
        </w:rPr>
        <w:t>【姓名】</w:t>
      </w:r>
    </w:p>
    <w:p>
      <w:pPr>
        <w:spacing w:after="200" w:before="0" w:line="240" w:lineRule="auto"/>
      </w:pPr>
      <w:r>
        <w:rPr>
          <w:rFonts w:ascii="微软雅黑" w:hAnsi="微软雅黑"/>
          <w:b w:val="0"/>
          <w:color w:val="0B2726"/>
          <w:sz w:val="21"/>
          <w:eastAsia w:val="微软雅黑"/>
        </w:rPr>
        <w:t>【手机】  |  【邮箱】  |  【城市】  |  【毕业时间】</w:t>
      </w:r>
    </w:p>
    <w:p>
      <w:pPr>
        <w:spacing w:after="80" w:before="200" w:line="240" w:lineRule="auto"/>
      </w:pPr>
      <w:r>
        <w:rPr>
          <w:rFonts w:ascii="微软雅黑" w:hAnsi="微软雅黑"/>
          <w:b/>
          <w:color w:val="00918F"/>
          <w:sz w:val="24"/>
          <w:eastAsia w:val="微软雅黑"/>
        </w:rPr>
        <w:t>求职意向</w:t>
      </w:r>
    </w:p>
    <w:p>
      <w:pPr>
        <w:spacing w:after="8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【岗位】实习 / 校招（只写一个方向）</w:t>
      </w:r>
    </w:p>
    <w:p>
      <w:pPr>
        <w:spacing w:after="80" w:before="200" w:line="240" w:lineRule="auto"/>
      </w:pPr>
      <w:r>
        <w:rPr>
          <w:rFonts w:ascii="微软雅黑" w:hAnsi="微软雅黑"/>
          <w:b/>
          <w:color w:val="00918F"/>
          <w:sz w:val="24"/>
          <w:eastAsia w:val="微软雅黑"/>
        </w:rPr>
        <w:t>教育经历</w:t>
      </w:r>
    </w:p>
    <w:p>
      <w:pPr>
        <w:spacing w:after="8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【学校】  |  【专业】  |  【学历】    2022.09 – 2026.06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相关课程：【课程 1】、【课程 2】、【课程 3】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成绩 / 荣誉：【GPA 或奖学金，没有可删】</w:t>
      </w:r>
    </w:p>
    <w:p>
      <w:pPr>
        <w:spacing w:after="80" w:before="200" w:line="240" w:lineRule="auto"/>
      </w:pPr>
      <w:r>
        <w:rPr>
          <w:rFonts w:ascii="微软雅黑" w:hAnsi="微软雅黑"/>
          <w:b/>
          <w:color w:val="00918F"/>
          <w:sz w:val="24"/>
          <w:eastAsia w:val="微软雅黑"/>
        </w:rPr>
        <w:t>实习经历</w:t>
      </w:r>
    </w:p>
    <w:p>
      <w:pPr>
        <w:spacing w:before="120" w:after="40"/>
      </w:pPr>
      <w:r>
        <w:rPr>
          <w:rFonts w:ascii="微软雅黑" w:hAnsi="微软雅黑"/>
          <w:b/>
          <w:color w:val="0B2726"/>
          <w:sz w:val="22"/>
          <w:eastAsia w:val="微软雅黑"/>
        </w:rPr>
        <w:t>【公司】  |  【实习岗位】</w:t>
      </w:r>
      <w:r>
        <w:rPr>
          <w:rFonts w:ascii="微软雅黑" w:hAnsi="微软雅黑"/>
          <w:b w:val="0"/>
          <w:color w:val="46615F"/>
          <w:sz w:val="21"/>
          <w:eastAsia w:val="微软雅黑"/>
        </w:rPr>
        <w:t xml:space="preserve">    2025.07 – 2025.09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【待替换】你独立做过的一件事，而不是旁听。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【待替换】用到的工具或方法。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【待替换】结果：文档、数据、上线、效率。</w:t>
      </w:r>
    </w:p>
    <w:p>
      <w:pPr>
        <w:spacing w:after="80" w:before="200" w:line="240" w:lineRule="auto"/>
      </w:pPr>
      <w:r>
        <w:rPr>
          <w:rFonts w:ascii="微软雅黑" w:hAnsi="微软雅黑"/>
          <w:b/>
          <w:color w:val="00918F"/>
          <w:sz w:val="24"/>
          <w:eastAsia w:val="微软雅黑"/>
        </w:rPr>
        <w:t>项目 / 校园经历</w:t>
      </w:r>
    </w:p>
    <w:p>
      <w:pPr>
        <w:spacing w:before="120" w:after="40"/>
      </w:pPr>
      <w:r>
        <w:rPr>
          <w:rFonts w:ascii="微软雅黑" w:hAnsi="微软雅黑"/>
          <w:b/>
          <w:color w:val="0B2726"/>
          <w:sz w:val="22"/>
          <w:eastAsia w:val="微软雅黑"/>
        </w:rPr>
        <w:t>【项目或社团名称】  |  【角色】</w:t>
      </w:r>
      <w:r>
        <w:rPr>
          <w:rFonts w:ascii="微软雅黑" w:hAnsi="微软雅黑"/>
          <w:b w:val="0"/>
          <w:color w:val="46615F"/>
          <w:sz w:val="21"/>
          <w:eastAsia w:val="微软雅黑"/>
        </w:rPr>
        <w:t xml:space="preserve">    2024.03 – 2024.12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【待替换】目标是什么。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【待替换】你做了哪几步。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【待替换】可验证的结果。</w:t>
      </w:r>
    </w:p>
    <w:p>
      <w:pPr>
        <w:spacing w:after="80" w:before="200" w:line="240" w:lineRule="auto"/>
      </w:pPr>
      <w:r>
        <w:rPr>
          <w:rFonts w:ascii="微软雅黑" w:hAnsi="微软雅黑"/>
          <w:b/>
          <w:color w:val="00918F"/>
          <w:sz w:val="24"/>
          <w:eastAsia w:val="微软雅黑"/>
        </w:rPr>
        <w:t>专业技能</w:t>
      </w:r>
    </w:p>
    <w:p>
      <w:pPr>
        <w:spacing w:after="8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【技能 1】、【技能 2】、【办公 / 语言】（按目标岗位增删）</w:t>
      </w:r>
    </w:p>
    <w:sectPr w:rsidR="00FC693F" w:rsidRPr="0006063C" w:rsidSect="00034616">
      <w:pgSz w:w="12240" w:h="15840"/>
      <w:pgMar w:top="907" w:right="1020" w:bottom="907" w:left="102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