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240" w:lineRule="auto"/>
        <w:jc w:val="left"/>
      </w:pPr>
      <w:r>
        <w:rPr>
          <w:rFonts w:ascii="微软雅黑" w:hAnsi="微软雅黑"/>
          <w:b/>
          <w:color w:val="0B2726"/>
          <w:sz w:val="36"/>
          <w:eastAsia w:val="微软雅黑"/>
        </w:rPr>
        <w:t>【姓名】</w:t>
      </w:r>
    </w:p>
    <w:p>
      <w:pPr>
        <w:spacing w:after="200" w:before="0" w:line="240" w:lineRule="auto"/>
      </w:pPr>
      <w:r>
        <w:rPr>
          <w:rFonts w:ascii="微软雅黑" w:hAnsi="微软雅黑"/>
          <w:b w:val="0"/>
          <w:color w:val="0B2726"/>
          <w:sz w:val="21"/>
          <w:eastAsia w:val="微软雅黑"/>
        </w:rPr>
        <w:t>【手机】  |  【邮箱】  |  【城市】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求职意向</w:t>
      </w:r>
    </w:p>
    <w:p>
      <w:pPr>
        <w:spacing w:after="8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前端开发 / 后端开发（按投递岗位改成一个）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专业技能</w:t>
      </w:r>
    </w:p>
    <w:p>
      <w:pPr>
        <w:spacing w:after="8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语言：JavaScript、TypeScript、Python（按目标岗位增删）</w:t>
      </w:r>
    </w:p>
    <w:p>
      <w:pPr>
        <w:spacing w:after="8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框架 / 工具：React、Node.js、Git、Linux、MySQL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工作经历</w:t>
      </w:r>
    </w:p>
    <w:p>
      <w:pPr>
        <w:spacing w:before="120" w:after="40"/>
      </w:pPr>
      <w:r>
        <w:rPr>
          <w:rFonts w:ascii="微软雅黑" w:hAnsi="微软雅黑"/>
          <w:b/>
          <w:color w:val="0B2726"/>
          <w:sz w:val="22"/>
          <w:eastAsia w:val="微软雅黑"/>
        </w:rPr>
        <w:t>【公司名称】  |  【职位】</w:t>
      </w:r>
      <w:r>
        <w:rPr>
          <w:rFonts w:ascii="微软雅黑" w:hAnsi="微软雅黑"/>
          <w:b w:val="0"/>
          <w:color w:val="46615F"/>
          <w:sz w:val="21"/>
          <w:eastAsia w:val="微软雅黑"/>
        </w:rPr>
        <w:t xml:space="preserve">    2022.07 – 至今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用「动作 + 范围 + 结果」写 3 条，避免只写「负责」。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例如：完成××系统改版，将接口耗时从 800ms 降到 200ms。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补充你用到的技术栈名称，方便 ATS 扫到。</w:t>
      </w:r>
    </w:p>
    <w:p>
      <w:pPr>
        <w:spacing w:before="120" w:after="40"/>
      </w:pPr>
      <w:r>
        <w:rPr>
          <w:rFonts w:ascii="微软雅黑" w:hAnsi="微软雅黑"/>
          <w:b/>
          <w:color w:val="0B2726"/>
          <w:sz w:val="22"/>
          <w:eastAsia w:val="微软雅黑"/>
        </w:rPr>
        <w:t>【上一份公司】  |  【职位】</w:t>
      </w:r>
      <w:r>
        <w:rPr>
          <w:rFonts w:ascii="微软雅黑" w:hAnsi="微软雅黑"/>
          <w:b w:val="0"/>
          <w:color w:val="46615F"/>
          <w:sz w:val="21"/>
          <w:eastAsia w:val="微软雅黑"/>
        </w:rPr>
        <w:t xml:space="preserve">    2020.07 – 2022.06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【待替换】量化结果，如用户量、耗时、成本、事故下降。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【待替换】与目标岗位相关的技术或业务。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【待替换】协作方式：评审、文档、带人等选 1 条即可。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项目经历</w:t>
      </w:r>
    </w:p>
    <w:p>
      <w:pPr>
        <w:spacing w:before="120" w:after="40"/>
      </w:pPr>
      <w:r>
        <w:rPr>
          <w:rFonts w:ascii="微软雅黑" w:hAnsi="微软雅黑"/>
          <w:b/>
          <w:color w:val="0B2726"/>
          <w:sz w:val="22"/>
          <w:eastAsia w:val="微软雅黑"/>
        </w:rPr>
        <w:t>【项目名称】  |  【角色】</w:t>
      </w:r>
      <w:r>
        <w:rPr>
          <w:rFonts w:ascii="微软雅黑" w:hAnsi="微软雅黑"/>
          <w:b w:val="0"/>
          <w:color w:val="46615F"/>
          <w:sz w:val="21"/>
          <w:eastAsia w:val="微软雅黑"/>
        </w:rPr>
        <w:t xml:space="preserve">    2023.03 – 2023.12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【待替换】项目是做什么的，你负责哪一块。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【待替换】关键实现或难点。</w:t>
      </w:r>
    </w:p>
    <w:p>
      <w:pPr>
        <w:spacing w:after="4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•  【待替换】上线效果。</w:t>
      </w:r>
    </w:p>
    <w:p>
      <w:pPr>
        <w:spacing w:after="80" w:before="200" w:line="240" w:lineRule="auto"/>
      </w:pPr>
      <w:r>
        <w:rPr>
          <w:rFonts w:ascii="微软雅黑" w:hAnsi="微软雅黑"/>
          <w:b/>
          <w:color w:val="00918F"/>
          <w:sz w:val="24"/>
          <w:eastAsia w:val="微软雅黑"/>
        </w:rPr>
        <w:t>教育经历</w:t>
      </w:r>
    </w:p>
    <w:p>
      <w:pPr>
        <w:spacing w:after="80" w:before="0" w:line="240" w:lineRule="auto"/>
      </w:pPr>
      <w:r>
        <w:rPr>
          <w:rFonts w:ascii="微软雅黑" w:hAnsi="微软雅黑"/>
          <w:b w:val="0"/>
          <w:color w:val="0B2726"/>
          <w:sz w:val="22"/>
          <w:eastAsia w:val="微软雅黑"/>
        </w:rPr>
        <w:t>【学校】  |  【专业】  |  【学历】    2016.09 – 2020.06</w:t>
      </w:r>
    </w:p>
    <w:sectPr w:rsidR="00FC693F" w:rsidRPr="0006063C" w:rsidSect="00034616">
      <w:pgSz w:w="12240" w:h="15840"/>
      <w:pgMar w:top="907" w:right="1020" w:bottom="907" w:left="102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