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left"/>
      </w:pPr>
      <w:r>
        <w:rPr>
          <w:rFonts w:ascii="微软雅黑" w:hAnsi="微软雅黑"/>
          <w:b/>
          <w:color w:val="0B2726"/>
          <w:sz w:val="36"/>
          <w:eastAsia w:val="微软雅黑"/>
        </w:rPr>
        <w:t>【姓名】</w:t>
      </w:r>
    </w:p>
    <w:p>
      <w:pPr>
        <w:spacing w:after="200" w:before="0" w:line="240" w:lineRule="auto"/>
      </w:pPr>
      <w:r>
        <w:rPr>
          <w:rFonts w:ascii="微软雅黑" w:hAnsi="微软雅黑"/>
          <w:b w:val="0"/>
          <w:color w:val="0B2726"/>
          <w:sz w:val="21"/>
          <w:eastAsia w:val="微软雅黑"/>
        </w:rPr>
        <w:t>【手机】  |  【邮箱】  |  【城市】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求职意向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【岗位名称】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经历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【公司或组织】  |  【角色】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2022.07 – 至今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【待替换】最能证明你能做这份工作的一条。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【待替换】范围：服务过谁、用过什么、多长时间。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【待替换】结果。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【上一段经历】  |  【角色】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2019.07 – 2022.06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教育经历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【学校】  |  【专业】  |  【学历】    2015.09 – 2019.06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技能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【技能 A】、【技能 B】、【技能 C】</w:t>
      </w:r>
    </w:p>
    <w:sectPr w:rsidR="00FC693F" w:rsidRPr="0006063C" w:rsidSect="00034616">
      <w:pgSz w:w="12240" w:h="15840"/>
      <w:pgMar w:top="907" w:right="1020" w:bottom="907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